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D545F" w14:paraId="4E3A5111" w14:textId="77777777" w:rsidTr="002716BD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1EDE60" w14:textId="77777777" w:rsidR="003D545F" w:rsidRDefault="003D545F" w:rsidP="002716BD">
            <w:pPr>
              <w:keepNext/>
              <w:jc w:val="center"/>
            </w:pPr>
            <w:r w:rsidRPr="0062225E">
              <w:rPr>
                <w:rFonts w:cs="Times New Roman"/>
                <w:i/>
                <w:noProof/>
                <w:color w:val="595959"/>
                <w:sz w:val="24"/>
                <w:szCs w:val="24"/>
              </w:rPr>
              <w:drawing>
                <wp:inline distT="0" distB="0" distL="0" distR="0" wp14:anchorId="5EBF92F4" wp14:editId="76757680">
                  <wp:extent cx="882650" cy="1257300"/>
                  <wp:effectExtent l="0" t="0" r="0" b="0"/>
                  <wp:docPr id="1798499758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499758" name="Imagine 17984997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62225E">
              <w:rPr>
                <w:rFonts w:cs="Times New Roman"/>
                <w:i/>
                <w:color w:val="595959"/>
                <w:sz w:val="24"/>
                <w:szCs w:val="24"/>
              </w:rPr>
              <w:t>siglă</w:t>
            </w:r>
            <w:proofErr w:type="spellEnd"/>
            <w:r w:rsidRPr="0062225E">
              <w:rPr>
                <w:rFonts w:cs="Times New Roman"/>
                <w:i/>
                <w:color w:val="595959"/>
                <w:sz w:val="24"/>
                <w:szCs w:val="24"/>
              </w:rPr>
              <w:t xml:space="preserve"> / </w:t>
            </w:r>
            <w:proofErr w:type="spellStart"/>
            <w:r w:rsidRPr="0062225E">
              <w:rPr>
                <w:rFonts w:cs="Times New Roman"/>
                <w:i/>
                <w:color w:val="595959"/>
                <w:sz w:val="24"/>
                <w:szCs w:val="24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</w:tcPr>
          <w:p w14:paraId="6245F37F" w14:textId="77777777" w:rsidR="003D545F" w:rsidRPr="0062225E" w:rsidRDefault="003D545F" w:rsidP="002716BD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Județul</w:t>
            </w:r>
            <w:proofErr w:type="spellEnd"/>
          </w:p>
          <w:p w14:paraId="309B3B2F" w14:textId="77777777" w:rsidR="003D545F" w:rsidRDefault="003D545F" w:rsidP="002716BD">
            <w:pPr>
              <w:keepNext/>
            </w:pPr>
            <w:r w:rsidRPr="0062225E">
              <w:rPr>
                <w:rFonts w:cs="Times New Roman"/>
                <w:sz w:val="24"/>
                <w:szCs w:val="24"/>
              </w:rPr>
              <w:t>PRHOVA</w:t>
            </w:r>
          </w:p>
        </w:tc>
      </w:tr>
      <w:tr w:rsidR="003D545F" w14:paraId="5C15FEB7" w14:textId="77777777" w:rsidTr="002716BD">
        <w:trPr>
          <w:cantSplit/>
          <w:trHeight w:val="510"/>
        </w:trPr>
        <w:tc>
          <w:tcPr>
            <w:tcW w:w="1606" w:type="dxa"/>
            <w:vMerge/>
          </w:tcPr>
          <w:p w14:paraId="2E44CE98" w14:textId="77777777" w:rsidR="003D545F" w:rsidRDefault="003D545F" w:rsidP="002716BD"/>
        </w:tc>
        <w:tc>
          <w:tcPr>
            <w:tcW w:w="8030" w:type="dxa"/>
            <w:gridSpan w:val="3"/>
          </w:tcPr>
          <w:p w14:paraId="20B679C2" w14:textId="77777777" w:rsidR="003D545F" w:rsidRPr="0062225E" w:rsidRDefault="003D545F" w:rsidP="002716BD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Autoritatea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administrației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publice</w:t>
            </w:r>
            <w:proofErr w:type="spellEnd"/>
          </w:p>
          <w:p w14:paraId="1369C778" w14:textId="77777777" w:rsidR="003D545F" w:rsidRDefault="003D545F" w:rsidP="002716BD">
            <w:pPr>
              <w:keepNext/>
            </w:pPr>
            <w:r w:rsidRPr="0062225E">
              <w:rPr>
                <w:rFonts w:cs="Times New Roman"/>
                <w:sz w:val="24"/>
                <w:szCs w:val="24"/>
              </w:rPr>
              <w:t>PRIMĂRIA COMUNEI TOMȘANI</w:t>
            </w:r>
          </w:p>
        </w:tc>
      </w:tr>
      <w:tr w:rsidR="003D545F" w14:paraId="4F4DC085" w14:textId="77777777" w:rsidTr="002716BD">
        <w:trPr>
          <w:cantSplit/>
          <w:trHeight w:val="510"/>
        </w:trPr>
        <w:tc>
          <w:tcPr>
            <w:tcW w:w="1606" w:type="dxa"/>
            <w:vMerge/>
          </w:tcPr>
          <w:p w14:paraId="52D98E31" w14:textId="77777777" w:rsidR="003D545F" w:rsidRDefault="003D545F" w:rsidP="002716BD"/>
        </w:tc>
        <w:tc>
          <w:tcPr>
            <w:tcW w:w="2409" w:type="dxa"/>
          </w:tcPr>
          <w:p w14:paraId="7F30D439" w14:textId="77777777" w:rsidR="003D545F" w:rsidRPr="0062225E" w:rsidRDefault="003D545F" w:rsidP="002716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Cod de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identificare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fiscală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(CIF)</w:t>
            </w:r>
          </w:p>
          <w:p w14:paraId="0F4A9A87" w14:textId="77777777" w:rsidR="003D545F" w:rsidRPr="00243741" w:rsidRDefault="003D545F" w:rsidP="002716BD">
            <w:pPr>
              <w:keepNext/>
              <w:rPr>
                <w:lang w:val="fr-FR"/>
              </w:rPr>
            </w:pPr>
            <w:r w:rsidRPr="0062225E">
              <w:rPr>
                <w:rFonts w:cs="Times New Roman"/>
                <w:sz w:val="24"/>
                <w:szCs w:val="24"/>
                <w:lang w:val="fr-FR"/>
              </w:rPr>
              <w:t>2843035</w:t>
            </w:r>
          </w:p>
        </w:tc>
        <w:tc>
          <w:tcPr>
            <w:tcW w:w="5621" w:type="dxa"/>
            <w:gridSpan w:val="2"/>
          </w:tcPr>
          <w:p w14:paraId="3C16DE6C" w14:textId="77777777" w:rsidR="003D545F" w:rsidRDefault="003D545F" w:rsidP="002716BD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45FA39C" w14:textId="77777777" w:rsidR="003D545F" w:rsidRDefault="003D545F" w:rsidP="002716BD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7414715C" w14:textId="77777777" w:rsidR="003D545F" w:rsidRDefault="003D545F" w:rsidP="002716BD">
            <w:pPr>
              <w:keepNext/>
            </w:pPr>
          </w:p>
        </w:tc>
      </w:tr>
      <w:tr w:rsidR="003D545F" w14:paraId="5B9E30B6" w14:textId="77777777" w:rsidTr="002716BD">
        <w:trPr>
          <w:cantSplit/>
          <w:trHeight w:val="510"/>
        </w:trPr>
        <w:tc>
          <w:tcPr>
            <w:tcW w:w="1606" w:type="dxa"/>
            <w:vMerge/>
          </w:tcPr>
          <w:p w14:paraId="74DF8FF2" w14:textId="77777777" w:rsidR="003D545F" w:rsidRDefault="003D545F" w:rsidP="002716BD"/>
        </w:tc>
        <w:tc>
          <w:tcPr>
            <w:tcW w:w="4818" w:type="dxa"/>
            <w:gridSpan w:val="2"/>
          </w:tcPr>
          <w:p w14:paraId="3FA22AC1" w14:textId="77777777" w:rsidR="003D545F" w:rsidRPr="0062225E" w:rsidRDefault="003D545F" w:rsidP="002716BD">
            <w:pPr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Nr.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înregistrare</w:t>
            </w:r>
            <w:proofErr w:type="spellEnd"/>
          </w:p>
          <w:p w14:paraId="4B4F010F" w14:textId="77777777" w:rsidR="003D545F" w:rsidRDefault="003D545F" w:rsidP="002716BD"/>
        </w:tc>
        <w:tc>
          <w:tcPr>
            <w:tcW w:w="3212" w:type="dxa"/>
          </w:tcPr>
          <w:p w14:paraId="30E87936" w14:textId="77777777" w:rsidR="003D545F" w:rsidRDefault="003D545F" w:rsidP="002716BD">
            <w:r>
              <w:rPr>
                <w:b/>
                <w:color w:val="0D5F78"/>
              </w:rPr>
              <w:t>Data</w:t>
            </w:r>
          </w:p>
          <w:p w14:paraId="617EE182" w14:textId="77777777" w:rsidR="003D545F" w:rsidRDefault="003D545F" w:rsidP="002716BD"/>
        </w:tc>
      </w:tr>
    </w:tbl>
    <w:p w14:paraId="0EFADD9B" w14:textId="77777777" w:rsidR="00C85C0B" w:rsidRPr="003A7070" w:rsidRDefault="006D17EB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6D17EB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6D17E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6D17EB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6D17EB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6D17EB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6D17EB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6D17E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6D17E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6D17E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6D17EB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6D17EB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6D17EB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6D17EB"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6D17EB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6D17EB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6D17E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6D17EB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6D17EB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6D17EB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6D17EB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6D17EB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6D17EB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6D17E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55425" w14:textId="77777777" w:rsidR="001178D3" w:rsidRDefault="001178D3">
      <w:r>
        <w:separator/>
      </w:r>
    </w:p>
  </w:endnote>
  <w:endnote w:type="continuationSeparator" w:id="0">
    <w:p w14:paraId="5ABC6F62" w14:textId="77777777" w:rsidR="001178D3" w:rsidRDefault="00117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A5726" w14:textId="77777777" w:rsidR="00C85C0B" w:rsidRDefault="006D17EB">
    <w:pPr>
      <w:pStyle w:val="Footer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87A92" w14:textId="77777777" w:rsidR="001178D3" w:rsidRDefault="001178D3">
      <w:r>
        <w:separator/>
      </w:r>
    </w:p>
  </w:footnote>
  <w:footnote w:type="continuationSeparator" w:id="0">
    <w:p w14:paraId="5BDB83EE" w14:textId="77777777" w:rsidR="001178D3" w:rsidRDefault="00117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8D3"/>
    <w:rsid w:val="0015074B"/>
    <w:rsid w:val="00150E80"/>
    <w:rsid w:val="0029639D"/>
    <w:rsid w:val="00326F90"/>
    <w:rsid w:val="003A7070"/>
    <w:rsid w:val="003D545F"/>
    <w:rsid w:val="003F0F62"/>
    <w:rsid w:val="005C02E4"/>
    <w:rsid w:val="006D17EB"/>
    <w:rsid w:val="00AA1D8D"/>
    <w:rsid w:val="00B47730"/>
    <w:rsid w:val="00B57AA1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5D4119-9B34-4FE9-8CF0-1F04E38D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Tomsani</cp:lastModifiedBy>
  <cp:revision>4</cp:revision>
  <dcterms:created xsi:type="dcterms:W3CDTF">2013-12-23T23:15:00Z</dcterms:created>
  <dcterms:modified xsi:type="dcterms:W3CDTF">2026-10-09T05:12:00Z</dcterms:modified>
  <cp:category/>
</cp:coreProperties>
</file>