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6333FE" w:rsidRPr="006067AA" w14:paraId="299ABD63" w14:textId="77777777" w:rsidTr="00A575E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D392E55" w14:textId="77777777" w:rsidR="006333FE" w:rsidRPr="006067AA" w:rsidRDefault="006333FE" w:rsidP="00A575E7">
            <w:pPr>
              <w:keepNext/>
              <w:jc w:val="center"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i/>
                <w:noProof/>
                <w:color w:val="595959"/>
                <w:sz w:val="24"/>
                <w:szCs w:val="24"/>
              </w:rPr>
              <w:drawing>
                <wp:inline distT="0" distB="0" distL="0" distR="0" wp14:anchorId="3AABA7B1" wp14:editId="664D12EE">
                  <wp:extent cx="882650" cy="1257300"/>
                  <wp:effectExtent l="0" t="0" r="0" b="0"/>
                  <wp:docPr id="1798499758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499758" name="Imagine 179849975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6067AA">
              <w:rPr>
                <w:rFonts w:cs="Times New Roman"/>
                <w:i/>
                <w:color w:val="595959"/>
                <w:sz w:val="24"/>
                <w:szCs w:val="24"/>
              </w:rPr>
              <w:t>siglă</w:t>
            </w:r>
            <w:proofErr w:type="spellEnd"/>
            <w:r w:rsidRPr="006067AA">
              <w:rPr>
                <w:rFonts w:cs="Times New Roman"/>
                <w:i/>
                <w:color w:val="595959"/>
                <w:sz w:val="24"/>
                <w:szCs w:val="24"/>
              </w:rPr>
              <w:t xml:space="preserve"> / </w:t>
            </w:r>
            <w:proofErr w:type="spellStart"/>
            <w:r w:rsidRPr="006067AA">
              <w:rPr>
                <w:rFonts w:cs="Times New Roman"/>
                <w:i/>
                <w:color w:val="595959"/>
                <w:sz w:val="24"/>
                <w:szCs w:val="24"/>
              </w:rPr>
              <w:t>stemă</w:t>
            </w:r>
            <w:proofErr w:type="spellEnd"/>
          </w:p>
        </w:tc>
        <w:tc>
          <w:tcPr>
            <w:tcW w:w="8030" w:type="dxa"/>
            <w:gridSpan w:val="3"/>
          </w:tcPr>
          <w:p w14:paraId="35B3290E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Județul</w:t>
            </w:r>
            <w:proofErr w:type="spellEnd"/>
          </w:p>
          <w:p w14:paraId="353ABE13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>PRHOVA</w:t>
            </w:r>
          </w:p>
        </w:tc>
      </w:tr>
      <w:tr w:rsidR="006333FE" w:rsidRPr="006067AA" w14:paraId="39ADBCD8" w14:textId="77777777" w:rsidTr="00A575E7">
        <w:trPr>
          <w:cantSplit/>
          <w:trHeight w:val="510"/>
        </w:trPr>
        <w:tc>
          <w:tcPr>
            <w:tcW w:w="1606" w:type="dxa"/>
            <w:vMerge/>
          </w:tcPr>
          <w:p w14:paraId="30605AAE" w14:textId="77777777" w:rsidR="006333FE" w:rsidRPr="006067AA" w:rsidRDefault="006333FE" w:rsidP="00A575E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30" w:type="dxa"/>
            <w:gridSpan w:val="3"/>
          </w:tcPr>
          <w:p w14:paraId="7B838545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Autoritatea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administrației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publice</w:t>
            </w:r>
            <w:proofErr w:type="spellEnd"/>
          </w:p>
          <w:p w14:paraId="7F9CB3E1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>PRIMĂRIA COMUNEI TOMȘANI</w:t>
            </w:r>
          </w:p>
        </w:tc>
      </w:tr>
      <w:tr w:rsidR="006333FE" w:rsidRPr="006067AA" w14:paraId="14EF8B78" w14:textId="77777777" w:rsidTr="00A575E7">
        <w:trPr>
          <w:cantSplit/>
          <w:trHeight w:val="510"/>
        </w:trPr>
        <w:tc>
          <w:tcPr>
            <w:tcW w:w="1606" w:type="dxa"/>
            <w:vMerge/>
          </w:tcPr>
          <w:p w14:paraId="593278EB" w14:textId="77777777" w:rsidR="006333FE" w:rsidRPr="006067AA" w:rsidRDefault="006333FE" w:rsidP="00A575E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055B008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Cod de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identificare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fiscală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(CIF)</w:t>
            </w:r>
          </w:p>
          <w:p w14:paraId="724EE285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>2843035</w:t>
            </w:r>
          </w:p>
        </w:tc>
        <w:tc>
          <w:tcPr>
            <w:tcW w:w="5621" w:type="dxa"/>
            <w:gridSpan w:val="2"/>
          </w:tcPr>
          <w:p w14:paraId="5754EA53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Adresa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oficială</w:t>
            </w:r>
            <w:proofErr w:type="spellEnd"/>
          </w:p>
          <w:p w14:paraId="6FAE4A7D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067AA">
              <w:rPr>
                <w:rFonts w:cs="Times New Roman"/>
                <w:i/>
                <w:color w:val="7A7A7A"/>
                <w:sz w:val="24"/>
                <w:szCs w:val="24"/>
              </w:rPr>
              <w:t>sediul</w:t>
            </w:r>
            <w:proofErr w:type="spellEnd"/>
            <w:r w:rsidRPr="006067AA">
              <w:rPr>
                <w:rFonts w:cs="Times New Roman"/>
                <w:i/>
                <w:color w:val="7A7A7A"/>
                <w:sz w:val="24"/>
                <w:szCs w:val="24"/>
              </w:rPr>
              <w:t xml:space="preserve"> · </w:t>
            </w:r>
            <w:proofErr w:type="spellStart"/>
            <w:r w:rsidRPr="006067AA">
              <w:rPr>
                <w:rFonts w:cs="Times New Roman"/>
                <w:i/>
                <w:color w:val="7A7A7A"/>
                <w:sz w:val="24"/>
                <w:szCs w:val="24"/>
              </w:rPr>
              <w:t>telefon</w:t>
            </w:r>
            <w:proofErr w:type="spellEnd"/>
            <w:r w:rsidRPr="006067AA">
              <w:rPr>
                <w:rFonts w:cs="Times New Roman"/>
                <w:i/>
                <w:color w:val="7A7A7A"/>
                <w:sz w:val="24"/>
                <w:szCs w:val="24"/>
              </w:rPr>
              <w:t xml:space="preserve"> · e-mail</w:t>
            </w:r>
          </w:p>
          <w:p w14:paraId="0C6CA389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>JUD. PRAHOVA, SAT TOMȘANI, STR. PRINCIPALĂ NR. 24A</w:t>
            </w:r>
          </w:p>
          <w:p w14:paraId="3ECA77A4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>0244 237 000</w:t>
            </w:r>
          </w:p>
          <w:p w14:paraId="785CA33E" w14:textId="77777777" w:rsidR="006333FE" w:rsidRPr="006067AA" w:rsidRDefault="006333FE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>primariatomsani@gmail.com</w:t>
            </w:r>
          </w:p>
        </w:tc>
      </w:tr>
      <w:tr w:rsidR="006333FE" w:rsidRPr="006067AA" w14:paraId="372FAA79" w14:textId="77777777" w:rsidTr="00A575E7">
        <w:trPr>
          <w:cantSplit/>
          <w:trHeight w:val="510"/>
        </w:trPr>
        <w:tc>
          <w:tcPr>
            <w:tcW w:w="1606" w:type="dxa"/>
            <w:vMerge/>
          </w:tcPr>
          <w:p w14:paraId="44C63D81" w14:textId="77777777" w:rsidR="006333FE" w:rsidRPr="006067AA" w:rsidRDefault="006333FE" w:rsidP="00A575E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2"/>
          </w:tcPr>
          <w:p w14:paraId="04325F93" w14:textId="77777777" w:rsidR="006333FE" w:rsidRPr="006067AA" w:rsidRDefault="006333FE" w:rsidP="00A575E7">
            <w:pPr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Nr.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înregistrare</w:t>
            </w:r>
            <w:proofErr w:type="spellEnd"/>
          </w:p>
          <w:p w14:paraId="1B89387C" w14:textId="77777777" w:rsidR="006333FE" w:rsidRPr="006067AA" w:rsidRDefault="006333FE" w:rsidP="00A575E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7A48BBB8" w14:textId="77777777" w:rsidR="006333FE" w:rsidRPr="006067AA" w:rsidRDefault="006333FE" w:rsidP="00A575E7">
            <w:pPr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Data</w:t>
            </w:r>
          </w:p>
          <w:p w14:paraId="53567768" w14:textId="77777777" w:rsidR="006333FE" w:rsidRPr="006067AA" w:rsidRDefault="006333FE" w:rsidP="00A575E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9F54518" w14:textId="77777777" w:rsidR="00BD4241" w:rsidRPr="006067AA" w:rsidRDefault="008810BD">
      <w:pPr>
        <w:spacing w:before="140" w:after="40"/>
        <w:jc w:val="center"/>
        <w:rPr>
          <w:rFonts w:cs="Times New Roman"/>
          <w:sz w:val="24"/>
          <w:szCs w:val="24"/>
        </w:rPr>
      </w:pPr>
      <w:r w:rsidRPr="006067AA">
        <w:rPr>
          <w:rFonts w:cs="Times New Roman"/>
          <w:b/>
          <w:sz w:val="24"/>
          <w:szCs w:val="24"/>
        </w:rPr>
        <w:t>CERERE</w:t>
      </w:r>
    </w:p>
    <w:p w14:paraId="5168B443" w14:textId="77777777" w:rsidR="00BD4241" w:rsidRPr="006067AA" w:rsidRDefault="00BD4241">
      <w:pPr>
        <w:spacing w:after="60" w:line="168" w:lineRule="auto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6067AA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sz w:val="24"/>
                <w:szCs w:val="24"/>
              </w:rPr>
              <w:t xml:space="preserve"> 1. </w:t>
            </w:r>
            <w:r w:rsidRPr="006067AA">
              <w:rPr>
                <w:rFonts w:cs="Times New Roman"/>
                <w:b/>
                <w:color w:val="000000"/>
                <w:sz w:val="24"/>
                <w:szCs w:val="24"/>
              </w:rPr>
              <w:t>CĂTRE</w:t>
            </w:r>
          </w:p>
        </w:tc>
      </w:tr>
      <w:tr w:rsidR="00BD4241" w:rsidRPr="006067AA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00CC7CE4" w:rsidR="00BD4241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Instituția</w:t>
            </w:r>
            <w:proofErr w:type="spellEnd"/>
            <w:r w:rsid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  PRIMARIA COMUNEI TOMSANI</w:t>
            </w:r>
          </w:p>
          <w:p w14:paraId="1CA5657F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proofErr w:type="gramStart"/>
            <w:r w:rsidRPr="006067AA">
              <w:rPr>
                <w:rFonts w:cs="Times New Roman"/>
                <w:i/>
                <w:color w:val="7A7A7A"/>
                <w:sz w:val="24"/>
                <w:szCs w:val="24"/>
                <w:lang w:val="fr-FR"/>
              </w:rPr>
              <w:t>primăria</w:t>
            </w:r>
            <w:proofErr w:type="gramEnd"/>
            <w:r w:rsidRPr="006067AA">
              <w:rPr>
                <w:rFonts w:cs="Times New Roman"/>
                <w:i/>
                <w:color w:val="7A7A7A"/>
                <w:sz w:val="24"/>
                <w:szCs w:val="24"/>
                <w:lang w:val="fr-FR"/>
              </w:rPr>
              <w:t xml:space="preserve"> municipiului / orașului / comunei · primăria de sector · consiliul județean</w:t>
            </w:r>
          </w:p>
          <w:p w14:paraId="10337CF3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</w:p>
        </w:tc>
      </w:tr>
      <w:tr w:rsidR="00BD4241" w:rsidRPr="006067AA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6067AA" w:rsidRDefault="008810BD">
            <w:pPr>
              <w:spacing w:line="228" w:lineRule="auto"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4A1A8C50" w14:textId="77777777" w:rsidR="00BD4241" w:rsidRPr="006067AA" w:rsidRDefault="00BD4241">
      <w:pPr>
        <w:spacing w:line="168" w:lineRule="auto"/>
        <w:rPr>
          <w:rFonts w:cs="Times New Roman"/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:rsidRPr="006067AA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cs="Times New Roman"/>
                <w:b/>
                <w:sz w:val="24"/>
                <w:szCs w:val="24"/>
              </w:rPr>
              <w:t xml:space="preserve">2. </w:t>
            </w:r>
            <w:r w:rsidRPr="006067AA">
              <w:rPr>
                <w:rFonts w:cs="Times New Roman"/>
                <w:b/>
                <w:color w:val="000000"/>
                <w:sz w:val="24"/>
                <w:szCs w:val="24"/>
              </w:rPr>
              <w:t>SOLICITANTUL</w:t>
            </w:r>
          </w:p>
        </w:tc>
      </w:tr>
      <w:tr w:rsidR="00BD4241" w:rsidRPr="006067AA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6BA1AF7" w14:textId="520E1453" w:rsidR="00BD4241" w:rsidRPr="006067AA" w:rsidRDefault="008810BD" w:rsidP="006067AA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Nume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și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prenume</w:t>
            </w:r>
            <w:proofErr w:type="spellEnd"/>
            <w:r w:rsid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  </w:t>
            </w:r>
          </w:p>
        </w:tc>
        <w:tc>
          <w:tcPr>
            <w:tcW w:w="4015" w:type="dxa"/>
            <w:gridSpan w:val="3"/>
          </w:tcPr>
          <w:p w14:paraId="2CA91F04" w14:textId="4A9DD533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CNP</w:t>
            </w:r>
          </w:p>
          <w:p w14:paraId="6F17B983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  <w:tr w:rsidR="00BD4241" w:rsidRPr="006067AA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 xml:space="preserve"> Act de identitate</w:t>
            </w:r>
          </w:p>
        </w:tc>
      </w:tr>
      <w:tr w:rsidR="00BD4241" w:rsidRPr="006067AA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Seria</w:t>
            </w:r>
          </w:p>
          <w:p w14:paraId="2CE8C383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14:paraId="78A133C8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Numărul</w:t>
            </w:r>
          </w:p>
          <w:p w14:paraId="5B4C6C87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Eliberat de</w:t>
            </w:r>
          </w:p>
          <w:p w14:paraId="0D7A84B1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14:paraId="3041307A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La data</w:t>
            </w:r>
          </w:p>
          <w:p w14:paraId="4FED784F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  <w:tr w:rsidR="00BD4241" w:rsidRPr="006067AA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 xml:space="preserve"> Domiciliul</w:t>
            </w:r>
          </w:p>
        </w:tc>
      </w:tr>
      <w:tr w:rsidR="00BD4241" w:rsidRPr="006067AA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Județul</w:t>
            </w:r>
          </w:p>
          <w:p w14:paraId="02B03665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Municipiul / orașul / comuna</w:t>
            </w:r>
          </w:p>
          <w:p w14:paraId="12749B16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1E6E4F5F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Satul / sectorul</w:t>
            </w:r>
          </w:p>
          <w:p w14:paraId="08E7A1B8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  <w:tr w:rsidR="00BD4241" w:rsidRPr="006067AA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Strada</w:t>
            </w:r>
          </w:p>
          <w:p w14:paraId="747EBF17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3D75DCFA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Nr.</w:t>
            </w:r>
          </w:p>
          <w:p w14:paraId="6DAB33F7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5BF58011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Sc.</w:t>
            </w:r>
          </w:p>
          <w:p w14:paraId="743EF765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2EA5DB1F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Et.</w:t>
            </w:r>
          </w:p>
          <w:p w14:paraId="2BD410CD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01954877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Ap.</w:t>
            </w:r>
          </w:p>
          <w:p w14:paraId="5709B55A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14:paraId="2A7F1969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Cod poștal</w:t>
            </w:r>
          </w:p>
          <w:p w14:paraId="68FE9CAC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14:paraId="0ACD4FEC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Țara</w:t>
            </w:r>
          </w:p>
          <w:p w14:paraId="017FD79F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  <w:tr w:rsidR="00BD4241" w:rsidRPr="006067AA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 xml:space="preserve"> Date de contact</w:t>
            </w:r>
          </w:p>
        </w:tc>
      </w:tr>
      <w:tr w:rsidR="00BD4241" w:rsidRPr="006067AA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Telefon / fax</w:t>
            </w:r>
          </w:p>
          <w:p w14:paraId="061FE1EC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21" w:type="dxa"/>
            <w:gridSpan w:val="5"/>
          </w:tcPr>
          <w:p w14:paraId="102AC599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E-mail</w:t>
            </w:r>
          </w:p>
          <w:p w14:paraId="53EB2E29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  <w:tr w:rsidR="00BD4241" w:rsidRPr="006067AA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 xml:space="preserve"> Reprezentare</w:t>
            </w:r>
          </w:p>
        </w:tc>
      </w:tr>
      <w:tr w:rsidR="00BD4241" w:rsidRPr="006067AA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5F049D28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În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calitate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de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reprezentant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al</w:t>
            </w:r>
            <w:r w:rsid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SC TRANSMARIN LOGISTIC SRL </w:t>
            </w:r>
          </w:p>
          <w:p w14:paraId="6970A0EC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20DA7EB0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CUI / CIF</w:t>
            </w:r>
          </w:p>
          <w:p w14:paraId="793AF090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  <w:tr w:rsidR="00BD4241" w:rsidRPr="006067AA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6067AA" w:rsidRDefault="008810BD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titular al dreptului de proprietate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împuternicit al titularului</w:t>
            </w:r>
          </w:p>
        </w:tc>
      </w:tr>
    </w:tbl>
    <w:p w14:paraId="0783D327" w14:textId="77777777" w:rsidR="00BD4241" w:rsidRPr="006067AA" w:rsidRDefault="00BD4241">
      <w:pPr>
        <w:spacing w:line="168" w:lineRule="auto"/>
        <w:rPr>
          <w:rFonts w:cs="Times New Roman"/>
          <w:sz w:val="24"/>
          <w:szCs w:val="24"/>
          <w:lang w:val="fr-FR"/>
        </w:rPr>
      </w:pPr>
    </w:p>
    <w:p w14:paraId="6748266E" w14:textId="77777777" w:rsidR="00BD4241" w:rsidRPr="006067AA" w:rsidRDefault="008810BD">
      <w:pPr>
        <w:spacing w:before="80" w:after="60"/>
        <w:jc w:val="center"/>
        <w:rPr>
          <w:rFonts w:cs="Times New Roman"/>
          <w:sz w:val="24"/>
          <w:szCs w:val="24"/>
          <w:lang w:val="fr-FR"/>
        </w:rPr>
      </w:pPr>
      <w:proofErr w:type="gramStart"/>
      <w:r w:rsidRPr="006067AA">
        <w:rPr>
          <w:rFonts w:cs="Times New Roman"/>
          <w:sz w:val="24"/>
          <w:szCs w:val="24"/>
          <w:lang w:val="fr-FR"/>
        </w:rPr>
        <w:t>în</w:t>
      </w:r>
      <w:proofErr w:type="gramEnd"/>
      <w:r w:rsidRPr="006067AA">
        <w:rPr>
          <w:rFonts w:cs="Times New Roman"/>
          <w:sz w:val="24"/>
          <w:szCs w:val="24"/>
          <w:lang w:val="fr-FR"/>
        </w:rPr>
        <w:t xml:space="preserve"> conformitate cu prevederile Legii nr. 169/2026 privind Codul amenajării teritoriului, urbanismului și construcțiilor,</w:t>
      </w:r>
    </w:p>
    <w:p w14:paraId="55F72AB1" w14:textId="77777777" w:rsidR="00BD4241" w:rsidRPr="006067AA" w:rsidRDefault="008810BD">
      <w:pPr>
        <w:spacing w:before="80" w:after="60"/>
        <w:jc w:val="center"/>
        <w:rPr>
          <w:rFonts w:cs="Times New Roman"/>
          <w:sz w:val="24"/>
          <w:szCs w:val="24"/>
          <w:lang w:val="fr-FR"/>
        </w:rPr>
      </w:pPr>
      <w:proofErr w:type="gramStart"/>
      <w:r w:rsidRPr="006067AA">
        <w:rPr>
          <w:rFonts w:cs="Times New Roman"/>
          <w:sz w:val="24"/>
          <w:szCs w:val="24"/>
          <w:lang w:val="fr-FR"/>
        </w:rPr>
        <w:t>solicit</w:t>
      </w:r>
      <w:proofErr w:type="gramEnd"/>
      <w:r w:rsidRPr="006067AA">
        <w:rPr>
          <w:rFonts w:cs="Times New Roman"/>
          <w:sz w:val="24"/>
          <w:szCs w:val="24"/>
          <w:lang w:val="fr-FR"/>
        </w:rPr>
        <w:t xml:space="preserve"> emiterea</w:t>
      </w:r>
    </w:p>
    <w:p w14:paraId="458BA7BA" w14:textId="77777777" w:rsidR="00917520" w:rsidRPr="006067AA" w:rsidRDefault="008810BD">
      <w:pPr>
        <w:spacing w:after="160"/>
        <w:jc w:val="center"/>
        <w:rPr>
          <w:rFonts w:cs="Times New Roman"/>
          <w:b/>
          <w:sz w:val="24"/>
          <w:szCs w:val="24"/>
          <w:lang w:val="fr-FR"/>
        </w:rPr>
      </w:pPr>
      <w:r w:rsidRPr="006067AA">
        <w:rPr>
          <w:rFonts w:cs="Times New Roman"/>
          <w:b/>
          <w:sz w:val="24"/>
          <w:szCs w:val="24"/>
          <w:lang w:val="fr-FR"/>
        </w:rPr>
        <w:t>CERTIFICATULUI DE URBANISM</w:t>
      </w:r>
    </w:p>
    <w:p w14:paraId="062DB540" w14:textId="00B1F188" w:rsidR="00BD4241" w:rsidRPr="006067AA" w:rsidRDefault="008810BD">
      <w:pPr>
        <w:spacing w:after="160"/>
        <w:jc w:val="center"/>
        <w:rPr>
          <w:rFonts w:cs="Times New Roman"/>
          <w:b/>
          <w:sz w:val="24"/>
          <w:szCs w:val="24"/>
          <w:lang w:val="fr-FR"/>
        </w:rPr>
      </w:pPr>
      <w:r w:rsidRPr="006067AA">
        <w:rPr>
          <w:rFonts w:cs="Times New Roman"/>
          <w:b/>
          <w:sz w:val="24"/>
          <w:szCs w:val="24"/>
          <w:lang w:val="fr-FR"/>
        </w:rPr>
        <w:t xml:space="preserve"> PENTRU</w:t>
      </w:r>
    </w:p>
    <w:p w14:paraId="44A1332E" w14:textId="7C2DC5C7" w:rsidR="00462384" w:rsidRPr="006067AA" w:rsidRDefault="006067AA">
      <w:pPr>
        <w:spacing w:after="160"/>
        <w:jc w:val="center"/>
        <w:rPr>
          <w:rFonts w:cs="Times New Roman"/>
          <w:b/>
          <w:sz w:val="24"/>
          <w:szCs w:val="24"/>
          <w:lang w:val="fr-FR"/>
        </w:rPr>
      </w:pPr>
      <w:proofErr w:type="gramStart"/>
      <w:r w:rsidRPr="006067AA">
        <w:rPr>
          <w:rFonts w:cs="Times New Roman"/>
          <w:sz w:val="24"/>
          <w:szCs w:val="24"/>
          <w:lang w:val="fr-FR"/>
        </w:rPr>
        <w:t>x</w:t>
      </w:r>
      <w:proofErr w:type="gramEnd"/>
      <w:r w:rsidR="00917520" w:rsidRPr="006067AA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="00917520" w:rsidRPr="006067AA">
        <w:rPr>
          <w:rFonts w:cs="Times New Roman"/>
          <w:sz w:val="24"/>
          <w:szCs w:val="24"/>
          <w:lang w:val="fr-FR"/>
        </w:rPr>
        <w:t xml:space="preserve"> </w:t>
      </w:r>
      <w:r w:rsidR="00462384" w:rsidRPr="006067AA">
        <w:rPr>
          <w:rFonts w:cs="Times New Roman"/>
          <w:b/>
          <w:sz w:val="24"/>
          <w:szCs w:val="24"/>
          <w:lang w:val="fr-FR"/>
        </w:rPr>
        <w:t xml:space="preserve">CONSTRUIRE / </w:t>
      </w:r>
      <w:r w:rsidR="00917520" w:rsidRPr="006067AA">
        <w:rPr>
          <w:rFonts w:ascii="Segoe UI Symbol" w:hAnsi="Segoe UI Symbol" w:cs="Segoe UI Symbol"/>
          <w:strike/>
          <w:sz w:val="24"/>
          <w:szCs w:val="24"/>
          <w:lang w:val="fr-FR"/>
        </w:rPr>
        <w:t>☐</w:t>
      </w:r>
      <w:r w:rsidR="00917520" w:rsidRPr="006067AA">
        <w:rPr>
          <w:rFonts w:cs="Times New Roman"/>
          <w:strike/>
          <w:sz w:val="24"/>
          <w:szCs w:val="24"/>
          <w:lang w:val="fr-FR"/>
        </w:rPr>
        <w:t xml:space="preserve"> </w:t>
      </w:r>
      <w:r w:rsidR="00462384" w:rsidRPr="006067AA">
        <w:rPr>
          <w:rFonts w:cs="Times New Roman"/>
          <w:b/>
          <w:strike/>
          <w:sz w:val="24"/>
          <w:szCs w:val="24"/>
          <w:lang w:val="fr-FR"/>
        </w:rPr>
        <w:t>DESFIINȚARE</w:t>
      </w:r>
    </w:p>
    <w:p w14:paraId="6BCF1DD1" w14:textId="6374354D" w:rsidR="00A256C2" w:rsidRPr="006067AA" w:rsidRDefault="006067AA" w:rsidP="00462384">
      <w:pPr>
        <w:spacing w:after="160"/>
        <w:jc w:val="center"/>
        <w:rPr>
          <w:rFonts w:cs="Times New Roman"/>
          <w:sz w:val="24"/>
          <w:szCs w:val="24"/>
          <w:lang w:val="fr-FR"/>
        </w:rPr>
      </w:pPr>
      <w:proofErr w:type="gramStart"/>
      <w:r w:rsidRPr="006067AA">
        <w:rPr>
          <w:rFonts w:cs="Times New Roman"/>
          <w:sz w:val="24"/>
          <w:szCs w:val="24"/>
          <w:lang w:val="fr-FR"/>
        </w:rPr>
        <w:t>x</w:t>
      </w:r>
      <w:proofErr w:type="gramEnd"/>
      <w:r w:rsidR="00A256C2" w:rsidRPr="006067AA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="00A256C2" w:rsidRPr="006067AA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="00A256C2" w:rsidRPr="006067AA">
        <w:rPr>
          <w:rFonts w:cs="Times New Roman"/>
          <w:sz w:val="24"/>
          <w:szCs w:val="24"/>
          <w:lang w:val="fr-FR"/>
        </w:rPr>
        <w:t>pentru</w:t>
      </w:r>
      <w:proofErr w:type="spellEnd"/>
      <w:r w:rsidR="00A256C2" w:rsidRPr="006067AA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="00A256C2" w:rsidRPr="006067AA">
        <w:rPr>
          <w:rFonts w:cs="Times New Roman"/>
          <w:sz w:val="24"/>
          <w:szCs w:val="24"/>
          <w:lang w:val="fr-FR"/>
        </w:rPr>
        <w:t>clădiri</w:t>
      </w:r>
      <w:proofErr w:type="spellEnd"/>
      <w:r w:rsidR="00A256C2" w:rsidRPr="006067AA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="00A256C2" w:rsidRPr="006067AA">
        <w:rPr>
          <w:rFonts w:cs="Times New Roman"/>
          <w:sz w:val="24"/>
          <w:szCs w:val="24"/>
          <w:lang w:val="fr-FR"/>
        </w:rPr>
        <w:t>și</w:t>
      </w:r>
      <w:proofErr w:type="spellEnd"/>
      <w:r w:rsidR="00A256C2" w:rsidRPr="006067AA">
        <w:rPr>
          <w:rFonts w:cs="Times New Roman"/>
          <w:sz w:val="24"/>
          <w:szCs w:val="24"/>
          <w:lang w:val="fr-FR"/>
        </w:rPr>
        <w:t xml:space="preserve"> amenajări  </w:t>
      </w:r>
      <w:r w:rsidR="00917520" w:rsidRPr="006067AA">
        <w:rPr>
          <w:rFonts w:cs="Times New Roman"/>
          <w:sz w:val="24"/>
          <w:szCs w:val="24"/>
          <w:lang w:val="fr-FR"/>
        </w:rPr>
        <w:t>/</w:t>
      </w:r>
      <w:r w:rsidR="00A256C2" w:rsidRPr="006067AA">
        <w:rPr>
          <w:rFonts w:cs="Times New Roman"/>
          <w:sz w:val="24"/>
          <w:szCs w:val="24"/>
          <w:lang w:val="fr-FR"/>
        </w:rPr>
        <w:t xml:space="preserve">   </w:t>
      </w:r>
      <w:r w:rsidR="00462384" w:rsidRPr="006067AA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="00462384" w:rsidRPr="006067AA">
        <w:rPr>
          <w:rFonts w:cs="Times New Roman"/>
          <w:sz w:val="24"/>
          <w:szCs w:val="24"/>
          <w:lang w:val="fr-FR"/>
        </w:rPr>
        <w:t xml:space="preserve"> lucrări inginerești  </w:t>
      </w:r>
      <w:r w:rsidR="00917520" w:rsidRPr="006067AA">
        <w:rPr>
          <w:rFonts w:cs="Times New Roman"/>
          <w:sz w:val="24"/>
          <w:szCs w:val="24"/>
          <w:lang w:val="fr-FR"/>
        </w:rPr>
        <w:t>/</w:t>
      </w:r>
      <w:r w:rsidR="00462384" w:rsidRPr="006067AA">
        <w:rPr>
          <w:rFonts w:cs="Times New Roman"/>
          <w:sz w:val="24"/>
          <w:szCs w:val="24"/>
          <w:lang w:val="fr-FR"/>
        </w:rPr>
        <w:t xml:space="preserve">   </w:t>
      </w:r>
      <w:r w:rsidR="00A256C2" w:rsidRPr="006067AA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="00A256C2" w:rsidRPr="006067AA">
        <w:rPr>
          <w:rFonts w:cs="Times New Roman"/>
          <w:sz w:val="24"/>
          <w:szCs w:val="24"/>
          <w:lang w:val="fr-FR"/>
        </w:rPr>
        <w:t xml:space="preserve"> pentru construcții cu caracter special</w:t>
      </w:r>
    </w:p>
    <w:p w14:paraId="386D6A02" w14:textId="77777777" w:rsidR="00BD4241" w:rsidRPr="006067AA" w:rsidRDefault="00BD4241">
      <w:pPr>
        <w:spacing w:line="168" w:lineRule="auto"/>
        <w:rPr>
          <w:rFonts w:cs="Times New Roman"/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6067AA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cs="Times New Roman"/>
                <w:sz w:val="24"/>
                <w:szCs w:val="24"/>
              </w:rPr>
              <w:t xml:space="preserve">în </w:t>
            </w:r>
            <w:r w:rsidR="00A256C2" w:rsidRPr="006067AA">
              <w:rPr>
                <w:rFonts w:cs="Times New Roman"/>
                <w:sz w:val="24"/>
                <w:szCs w:val="24"/>
              </w:rPr>
              <w:t>vederea realizării obiectivului de investiții</w:t>
            </w:r>
            <w:r w:rsidRPr="006067AA">
              <w:rPr>
                <w:rFonts w:cs="Times New Roman"/>
                <w:sz w:val="24"/>
                <w:szCs w:val="24"/>
              </w:rPr>
              <w:t>:</w:t>
            </w:r>
          </w:p>
        </w:tc>
      </w:tr>
      <w:tr w:rsidR="00BD4241" w:rsidRPr="006067AA" w14:paraId="50990383" w14:textId="77777777">
        <w:trPr>
          <w:cantSplit/>
        </w:trPr>
        <w:tc>
          <w:tcPr>
            <w:tcW w:w="9636" w:type="dxa"/>
          </w:tcPr>
          <w:p w14:paraId="0B54D5C1" w14:textId="495CCBC4" w:rsidR="00BD4241" w:rsidRPr="00660BDE" w:rsidRDefault="006067AA" w:rsidP="00660BDE">
            <w:pPr>
              <w:keepNext/>
              <w:rPr>
                <w:rFonts w:cs="Times New Roman"/>
                <w:b/>
                <w:bCs/>
                <w:sz w:val="24"/>
                <w:szCs w:val="24"/>
              </w:rPr>
            </w:pPr>
            <w:r w:rsidRPr="006067AA">
              <w:rPr>
                <w:rFonts w:cs="Times New Roman"/>
                <w:b/>
                <w:bCs/>
                <w:sz w:val="24"/>
                <w:szCs w:val="24"/>
              </w:rPr>
              <w:t xml:space="preserve">INFIINTARE UNITATE DE PRODUCTIE, IMPREJMUIRE TEREN, FOSA SEPTICA VIDANJABILA, ALEI CAROSABILE SI PIETONALE, ACCES AUTO SI PARCARE </w:t>
            </w:r>
            <w:bookmarkStart w:id="0" w:name="_GoBack"/>
            <w:bookmarkEnd w:id="0"/>
          </w:p>
        </w:tc>
      </w:tr>
    </w:tbl>
    <w:p w14:paraId="19288D7C" w14:textId="77777777" w:rsidR="00BD4241" w:rsidRPr="006067AA" w:rsidRDefault="00BD4241">
      <w:pPr>
        <w:spacing w:line="168" w:lineRule="auto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:rsidRPr="006067AA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sz w:val="24"/>
                <w:szCs w:val="24"/>
              </w:rPr>
              <w:lastRenderedPageBreak/>
              <w:t xml:space="preserve"> 3. </w:t>
            </w:r>
            <w:r w:rsidRPr="006067AA">
              <w:rPr>
                <w:rFonts w:cs="Times New Roman"/>
                <w:b/>
                <w:color w:val="000000"/>
                <w:sz w:val="24"/>
                <w:szCs w:val="24"/>
              </w:rPr>
              <w:t>IMOBILUL/ELE</w:t>
            </w:r>
          </w:p>
        </w:tc>
      </w:tr>
      <w:tr w:rsidR="00BD4241" w:rsidRPr="006067AA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149CD578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 xml:space="preserve"> </w:t>
            </w:r>
            <w:r w:rsidR="006067AA" w:rsidRPr="006067AA">
              <w:rPr>
                <w:rFonts w:cs="Times New Roman"/>
                <w:b/>
                <w:bCs/>
                <w:sz w:val="24"/>
                <w:szCs w:val="24"/>
              </w:rPr>
              <w:t xml:space="preserve">X </w:t>
            </w:r>
            <w:r w:rsidRPr="006067AA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☐</w:t>
            </w:r>
            <w:r w:rsidRPr="006067AA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067AA">
              <w:rPr>
                <w:rFonts w:cs="Times New Roman"/>
                <w:b/>
                <w:bCs/>
                <w:sz w:val="24"/>
                <w:szCs w:val="24"/>
              </w:rPr>
              <w:t>teren</w:t>
            </w:r>
            <w:proofErr w:type="spellEnd"/>
            <w:r w:rsidRPr="006067AA">
              <w:rPr>
                <w:rFonts w:cs="Times New Roman"/>
                <w:sz w:val="24"/>
                <w:szCs w:val="24"/>
              </w:rPr>
              <w:t xml:space="preserve">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construcții</w:t>
            </w:r>
          </w:p>
        </w:tc>
      </w:tr>
      <w:tr w:rsidR="00BD4241" w:rsidRPr="006067AA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2FCEF5DE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Județ</w:t>
            </w:r>
            <w:proofErr w:type="spellEnd"/>
            <w:r w:rsid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 PRAHOVA</w:t>
            </w:r>
            <w:proofErr w:type="gramEnd"/>
          </w:p>
          <w:p w14:paraId="1B01471E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12" w:type="dxa"/>
            <w:gridSpan w:val="3"/>
          </w:tcPr>
          <w:p w14:paraId="1B1218BA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strike/>
                <w:color w:val="0D5F78"/>
                <w:sz w:val="24"/>
                <w:szCs w:val="24"/>
              </w:rPr>
              <w:t>Municipiu / oraș</w:t>
            </w: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/ comună</w:t>
            </w:r>
          </w:p>
          <w:p w14:paraId="204B4E58" w14:textId="5C0DA089" w:rsidR="00BD4241" w:rsidRPr="006067AA" w:rsidRDefault="006067AA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TOMSANI</w:t>
            </w:r>
          </w:p>
        </w:tc>
        <w:tc>
          <w:tcPr>
            <w:tcW w:w="3212" w:type="dxa"/>
            <w:gridSpan w:val="2"/>
          </w:tcPr>
          <w:p w14:paraId="04095758" w14:textId="123C69AF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Sat </w:t>
            </w:r>
            <w:r w:rsidRPr="006067AA">
              <w:rPr>
                <w:rFonts w:cs="Times New Roman"/>
                <w:b/>
                <w:strike/>
                <w:color w:val="0D5F78"/>
                <w:sz w:val="24"/>
                <w:szCs w:val="24"/>
              </w:rPr>
              <w:t>/ sector</w:t>
            </w:r>
            <w:r w:rsidR="006067AA"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MAGULA</w:t>
            </w:r>
          </w:p>
          <w:p w14:paraId="7568887B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  <w:tr w:rsidR="00BD4241" w:rsidRPr="006067AA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Cod poștal</w:t>
            </w:r>
          </w:p>
          <w:p w14:paraId="0DE8BF00" w14:textId="7ECB8205" w:rsidR="00BD4241" w:rsidRPr="006067AA" w:rsidRDefault="006067AA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107617</w:t>
            </w:r>
          </w:p>
        </w:tc>
        <w:tc>
          <w:tcPr>
            <w:tcW w:w="4818" w:type="dxa"/>
            <w:gridSpan w:val="4"/>
          </w:tcPr>
          <w:p w14:paraId="34F4235D" w14:textId="265E26FB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Strada</w:t>
            </w:r>
            <w:r w:rsid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    DJ146 </w:t>
            </w:r>
          </w:p>
          <w:p w14:paraId="14FD81C0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5C6769DB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Nr.</w:t>
            </w:r>
          </w:p>
          <w:p w14:paraId="0654DEDD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0F671C5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Bl. / sc. / et. / ap.</w:t>
            </w:r>
          </w:p>
          <w:p w14:paraId="09774FDD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  <w:tr w:rsidR="00BD4241" w:rsidRPr="006067AA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6B737FD9" w:rsidR="00BD4241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Număr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cadastral/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ele</w:t>
            </w:r>
            <w:proofErr w:type="spellEnd"/>
            <w:r w:rsid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  24853 </w:t>
            </w:r>
            <w:proofErr w:type="gramStart"/>
            <w:r w:rsid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( </w:t>
            </w:r>
            <w:proofErr w:type="spellStart"/>
            <w:r w:rsid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iscris</w:t>
            </w:r>
            <w:proofErr w:type="spellEnd"/>
            <w:proofErr w:type="gramEnd"/>
            <w:r w:rsid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in CF </w:t>
            </w:r>
            <w:proofErr w:type="spellStart"/>
            <w:r w:rsid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sporadic</w:t>
            </w:r>
            <w:proofErr w:type="spellEnd"/>
            <w:r w:rsidR="006067AA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23777)</w:t>
            </w:r>
          </w:p>
          <w:p w14:paraId="2511787E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proofErr w:type="gramStart"/>
            <w:r w:rsidRPr="006067AA">
              <w:rPr>
                <w:rFonts w:cs="Times New Roman"/>
                <w:i/>
                <w:color w:val="7A7A7A"/>
                <w:sz w:val="24"/>
                <w:szCs w:val="24"/>
                <w:lang w:val="fr-FR"/>
              </w:rPr>
              <w:t>dacă</w:t>
            </w:r>
            <w:proofErr w:type="gramEnd"/>
            <w:r w:rsidRPr="006067AA">
              <w:rPr>
                <w:rFonts w:cs="Times New Roman"/>
                <w:i/>
                <w:color w:val="7A7A7A"/>
                <w:sz w:val="24"/>
                <w:szCs w:val="24"/>
                <w:lang w:val="fr-FR"/>
              </w:rPr>
              <w:t xml:space="preserve"> imobilul e înscris în e-Terra</w:t>
            </w:r>
          </w:p>
          <w:p w14:paraId="2A482E4D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413B7364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Carte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funciară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nr.</w:t>
            </w:r>
            <w:r w:rsid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24853 </w:t>
            </w:r>
            <w:proofErr w:type="gramStart"/>
            <w:r w:rsid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( </w:t>
            </w:r>
            <w:proofErr w:type="spellStart"/>
            <w:r w:rsidR="006067AA">
              <w:rPr>
                <w:rFonts w:cs="Times New Roman"/>
                <w:b/>
                <w:color w:val="0D5F78"/>
                <w:sz w:val="24"/>
                <w:szCs w:val="24"/>
              </w:rPr>
              <w:t>inscris</w:t>
            </w:r>
            <w:proofErr w:type="spellEnd"/>
            <w:proofErr w:type="gramEnd"/>
            <w:r w:rsid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in CF sporadic 23777)</w:t>
            </w:r>
          </w:p>
          <w:p w14:paraId="5C821E97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  <w:tr w:rsidR="00BD4241" w:rsidRPr="006067AA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23826669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Suprafața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terenului</w:t>
            </w:r>
            <w:proofErr w:type="spellEnd"/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r w:rsidR="006067AA">
              <w:rPr>
                <w:rFonts w:cs="Times New Roman"/>
                <w:b/>
                <w:color w:val="0D5F78"/>
                <w:sz w:val="24"/>
                <w:szCs w:val="24"/>
              </w:rPr>
              <w:t xml:space="preserve">  10.000 </w:t>
            </w: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(m²)</w:t>
            </w:r>
          </w:p>
          <w:p w14:paraId="7A8081F1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4"/>
          </w:tcPr>
          <w:p w14:paraId="2F05F5A9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Suprafața construcției (m²)</w:t>
            </w:r>
          </w:p>
          <w:p w14:paraId="12AE18A8" w14:textId="77777777" w:rsidR="00BD4241" w:rsidRPr="006067AA" w:rsidRDefault="00BD4241">
            <w:pPr>
              <w:keepNext/>
              <w:rPr>
                <w:rFonts w:cs="Times New Roman"/>
                <w:sz w:val="24"/>
                <w:szCs w:val="24"/>
              </w:rPr>
            </w:pPr>
          </w:p>
        </w:tc>
      </w:tr>
    </w:tbl>
    <w:p w14:paraId="05AFE76A" w14:textId="77777777" w:rsidR="00BD4241" w:rsidRPr="006067AA" w:rsidRDefault="00BD4241">
      <w:pPr>
        <w:spacing w:line="168" w:lineRule="auto"/>
        <w:rPr>
          <w:rFonts w:cs="Times New Roman"/>
          <w:sz w:val="24"/>
          <w:szCs w:val="24"/>
        </w:rPr>
      </w:pPr>
    </w:p>
    <w:p w14:paraId="484D8D92" w14:textId="77777777" w:rsidR="00BD4241" w:rsidRPr="006067AA" w:rsidRDefault="008810BD">
      <w:pPr>
        <w:rPr>
          <w:rFonts w:cs="Times New Roman"/>
          <w:sz w:val="24"/>
          <w:szCs w:val="24"/>
        </w:rPr>
      </w:pPr>
      <w:r w:rsidRPr="006067AA">
        <w:rPr>
          <w:rFonts w:cs="Times New Roman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6067AA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sz w:val="24"/>
                <w:szCs w:val="24"/>
              </w:rPr>
              <w:lastRenderedPageBreak/>
              <w:t xml:space="preserve"> 4. </w:t>
            </w:r>
            <w:r w:rsidRPr="006067AA">
              <w:rPr>
                <w:rFonts w:cs="Times New Roman"/>
                <w:b/>
                <w:color w:val="000000"/>
                <w:sz w:val="24"/>
                <w:szCs w:val="24"/>
              </w:rPr>
              <w:t>ÎNCADRAREA LUCRĂRILOR</w:t>
            </w:r>
          </w:p>
        </w:tc>
      </w:tr>
      <w:tr w:rsidR="00BD4241" w:rsidRPr="006067AA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6067AA" w:rsidRDefault="008810BD">
            <w:pPr>
              <w:keepNext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>A · Lucrări de construcții noi</w:t>
            </w:r>
          </w:p>
        </w:tc>
      </w:tr>
      <w:tr w:rsidR="00BD4241" w:rsidRPr="006067AA" w14:paraId="4CBB7AF4" w14:textId="77777777">
        <w:trPr>
          <w:cantSplit/>
        </w:trPr>
        <w:tc>
          <w:tcPr>
            <w:tcW w:w="9636" w:type="dxa"/>
          </w:tcPr>
          <w:p w14:paraId="62395695" w14:textId="50227BBE" w:rsidR="00BD4241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clădiri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civile    </w:t>
            </w:r>
            <w:r w:rsidR="00660BDE">
              <w:rPr>
                <w:rFonts w:cs="Times New Roman"/>
                <w:sz w:val="24"/>
                <w:szCs w:val="24"/>
                <w:lang w:val="fr-FR"/>
              </w:rPr>
              <w:t>x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clădiri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industriale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clădiri agricole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construcții cu caracter special</w:t>
            </w:r>
          </w:p>
        </w:tc>
      </w:tr>
      <w:tr w:rsidR="00BD4241" w:rsidRPr="006067AA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 w:rsidR="00917520" w:rsidRPr="006067AA">
              <w:rPr>
                <w:rFonts w:cs="Times New Roman"/>
                <w:sz w:val="24"/>
                <w:szCs w:val="24"/>
                <w:lang w:val="fr-FR"/>
              </w:rPr>
              <w:t>r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>ealizate</w:t>
            </w:r>
            <w:proofErr w:type="gramEnd"/>
            <w:r w:rsidR="00A256C2" w:rsidRPr="006067AA">
              <w:rPr>
                <w:rFonts w:cs="Times New Roman"/>
                <w:sz w:val="24"/>
                <w:szCs w:val="24"/>
                <w:lang w:val="fr-FR"/>
              </w:rPr>
              <w:t xml:space="preserve"> (se va bifa, în masura în care sunt cunoscute solicitantului informațiile cu privire la amplasarea în zona de protecție/protejată) 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>:</w:t>
            </w:r>
          </w:p>
        </w:tc>
      </w:tr>
      <w:tr w:rsidR="00BD4241" w:rsidRPr="006067AA" w14:paraId="16707DF8" w14:textId="77777777">
        <w:trPr>
          <w:cantSplit/>
        </w:trPr>
        <w:tc>
          <w:tcPr>
            <w:tcW w:w="9636" w:type="dxa"/>
          </w:tcPr>
          <w:p w14:paraId="1830A858" w14:textId="05595BC6" w:rsidR="00A256C2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în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afara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zonei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de protecție a monumentelor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în zona de protecție a monumentelor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în afara zonelor construite protejate     </w:t>
            </w:r>
          </w:p>
          <w:p w14:paraId="7336BFFF" w14:textId="18BC78A2" w:rsidR="00BD4241" w:rsidRPr="006067AA" w:rsidRDefault="00A256C2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în zone construite protejate                         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nu sunt cunoscute solicitantului astfel de informații     </w:t>
            </w:r>
          </w:p>
        </w:tc>
      </w:tr>
      <w:tr w:rsidR="00BD4241" w:rsidRPr="006067AA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Pr="006067AA" w:rsidRDefault="008810BD">
            <w:pPr>
              <w:keepNext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 B</w:t>
            </w:r>
            <w:r w:rsidR="00917520"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>.</w:t>
            </w:r>
            <w:r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 ·Intervenții asupra construcțiilor existente</w:t>
            </w:r>
            <w:r w:rsidR="00917520"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 realizate : </w:t>
            </w:r>
          </w:p>
          <w:p w14:paraId="749D5A7F" w14:textId="7913D592" w:rsidR="00BD4241" w:rsidRPr="006067AA" w:rsidRDefault="00917520">
            <w:pPr>
              <w:keepNext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B.1. </w:t>
            </w:r>
            <w:proofErr w:type="gramStart"/>
            <w:r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>la</w:t>
            </w:r>
            <w:proofErr w:type="gramEnd"/>
            <w:r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 alte clădiri decât cele prevăzute la lit. B.2) și B.3)</w:t>
            </w:r>
          </w:p>
        </w:tc>
      </w:tr>
      <w:tr w:rsidR="00BD4241" w:rsidRPr="006067AA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6067AA" w:rsidRDefault="008810BD">
            <w:pPr>
              <w:keepNext/>
              <w:rPr>
                <w:rFonts w:cs="Times New Roman"/>
                <w:b/>
                <w:bCs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 xml:space="preserve"> </w:t>
            </w:r>
            <w:r w:rsidR="00917520"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="00917520"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6067AA">
              <w:rPr>
                <w:rFonts w:cs="Times New Roman"/>
                <w:b/>
                <w:bCs/>
                <w:sz w:val="24"/>
                <w:szCs w:val="24"/>
              </w:rPr>
              <w:t xml:space="preserve">B.2 </w:t>
            </w:r>
            <w:r w:rsidR="00917520" w:rsidRPr="006067AA">
              <w:rPr>
                <w:rFonts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6067AA">
              <w:rPr>
                <w:rFonts w:cs="Times New Roman"/>
                <w:b/>
                <w:bCs/>
                <w:sz w:val="24"/>
                <w:szCs w:val="24"/>
              </w:rPr>
              <w:t>·l</w:t>
            </w:r>
            <w:r w:rsidR="00917520" w:rsidRPr="006067AA">
              <w:rPr>
                <w:rFonts w:cs="Times New Roman"/>
                <w:b/>
                <w:bCs/>
                <w:sz w:val="24"/>
                <w:szCs w:val="24"/>
              </w:rPr>
              <w:t>a construcții</w:t>
            </w:r>
            <w:r w:rsidRPr="006067AA">
              <w:rPr>
                <w:rFonts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BD4241" w:rsidRPr="006067AA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 w:rsidRPr="006067AA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aflate în zona de protecție a monumentelor istorice</w:t>
            </w:r>
          </w:p>
        </w:tc>
      </w:tr>
      <w:tr w:rsidR="00BD4241" w:rsidRPr="006067AA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aflate în zone construite protejate, stabilite potrivit legii</w:t>
            </w:r>
          </w:p>
        </w:tc>
      </w:tr>
      <w:tr w:rsidR="00BD4241" w:rsidRPr="006067AA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cu valoare arhitecturală sau istorică deosebită, stabilite prin documentații de urbanism aprobate</w:t>
            </w:r>
          </w:p>
        </w:tc>
      </w:tr>
      <w:tr w:rsidR="00BD4241" w:rsidRPr="006067AA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6067AA" w:rsidRDefault="00917520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proofErr w:type="gramStart"/>
            <w:r w:rsidRPr="006067AA">
              <w:rPr>
                <w:rFonts w:ascii="Segoe UI Symbol" w:hAnsi="Segoe UI Symbol" w:cs="Segoe UI Symbol"/>
                <w:b/>
                <w:bCs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  B.3</w:t>
            </w:r>
            <w:proofErr w:type="gramEnd"/>
            <w:r w:rsidRPr="006067AA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 · la clădiri / construcții cu caracter special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       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altele decât cele stabilite la lit. B.2)</w:t>
            </w:r>
          </w:p>
        </w:tc>
      </w:tr>
      <w:tr w:rsidR="00BD4241" w:rsidRPr="006067AA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6067AA" w:rsidRDefault="008810BD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="00917520" w:rsidRPr="006067AA">
              <w:rPr>
                <w:rFonts w:cs="Times New Roman"/>
                <w:sz w:val="24"/>
                <w:szCs w:val="24"/>
                <w:lang w:val="fr-FR"/>
              </w:rPr>
              <w:t xml:space="preserve">                                                                                                </w:t>
            </w:r>
            <w:r w:rsidR="00917520"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="00917520" w:rsidRPr="006067AA">
              <w:rPr>
                <w:rFonts w:cs="Times New Roman"/>
                <w:sz w:val="24"/>
                <w:szCs w:val="24"/>
                <w:lang w:val="fr-FR"/>
              </w:rPr>
              <w:t xml:space="preserve"> din categoria celor stabilite la lit. B.2)</w:t>
            </w:r>
          </w:p>
        </w:tc>
      </w:tr>
      <w:tr w:rsidR="00BD4241" w:rsidRPr="006067AA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cs="Times New Roman"/>
                <w:sz w:val="24"/>
                <w:szCs w:val="24"/>
              </w:rPr>
              <w:t>C · Amenajări</w:t>
            </w:r>
          </w:p>
        </w:tc>
      </w:tr>
      <w:tr w:rsidR="00BD4241" w:rsidRPr="006067AA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amenajări civile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amenajări și îmbunătățiri funciare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construcții provizorii / cu caracter temporar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cercetarea / prospectarea terenurilor, foraje, excavări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cercetări pentru zăcăminte naturale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spații verzi, plantate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spații publice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067AA">
              <w:rPr>
                <w:rFonts w:cs="Times New Roman"/>
                <w:sz w:val="24"/>
                <w:szCs w:val="24"/>
              </w:rPr>
              <w:t xml:space="preserve"> organizare de șantier</w:t>
            </w:r>
          </w:p>
        </w:tc>
      </w:tr>
      <w:tr w:rsidR="00BD4241" w:rsidRPr="006067AA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sz w:val="24"/>
                <w:szCs w:val="24"/>
              </w:rPr>
              <w:t xml:space="preserve"> D · Lucrări inginerești</w:t>
            </w:r>
          </w:p>
        </w:tc>
      </w:tr>
      <w:tr w:rsidR="00BD4241" w:rsidRPr="006067AA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6067AA" w:rsidRDefault="008810BD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infrastructură de transport</w:t>
            </w:r>
          </w:p>
          <w:p w14:paraId="05C62BB3" w14:textId="77777777" w:rsidR="00BD4241" w:rsidRPr="006067AA" w:rsidRDefault="008810BD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infrastructură energetică</w:t>
            </w:r>
          </w:p>
          <w:p w14:paraId="1E87347E" w14:textId="77777777" w:rsidR="00BD4241" w:rsidRPr="006067AA" w:rsidRDefault="008810BD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rețele de comunicații electronice</w:t>
            </w:r>
          </w:p>
          <w:p w14:paraId="43F594AA" w14:textId="77777777" w:rsidR="00BD4241" w:rsidRPr="006067AA" w:rsidRDefault="008810BD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gospodărirea apelor</w:t>
            </w:r>
          </w:p>
          <w:p w14:paraId="3F55129D" w14:textId="77777777" w:rsidR="00BD4241" w:rsidRPr="006067AA" w:rsidRDefault="008810BD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hidrotehnice</w:t>
            </w:r>
          </w:p>
          <w:p w14:paraId="3DB7F2E4" w14:textId="77777777" w:rsidR="00BD4241" w:rsidRPr="006067AA" w:rsidRDefault="008810BD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miniere</w:t>
            </w:r>
          </w:p>
          <w:p w14:paraId="54EDF735" w14:textId="77777777" w:rsidR="00BD4241" w:rsidRPr="006067AA" w:rsidRDefault="008810BD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alte lucrări inginerești necesare realizării unor obiective de interes public</w:t>
            </w:r>
          </w:p>
        </w:tc>
      </w:tr>
    </w:tbl>
    <w:p w14:paraId="31C957AC" w14:textId="77777777" w:rsidR="00BD4241" w:rsidRPr="006067AA" w:rsidRDefault="00BD4241">
      <w:pPr>
        <w:spacing w:line="168" w:lineRule="auto"/>
        <w:rPr>
          <w:rFonts w:cs="Times New Roman"/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6067AA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cs="Times New Roman"/>
                <w:b/>
                <w:sz w:val="24"/>
                <w:szCs w:val="24"/>
              </w:rPr>
              <w:t xml:space="preserve">5. </w:t>
            </w:r>
            <w:r w:rsidRPr="006067AA">
              <w:rPr>
                <w:rFonts w:cs="Times New Roman"/>
                <w:b/>
                <w:color w:val="000000"/>
                <w:sz w:val="24"/>
                <w:szCs w:val="24"/>
              </w:rPr>
              <w:t>SE ANEXEAZĂ</w:t>
            </w:r>
          </w:p>
        </w:tc>
      </w:tr>
      <w:tr w:rsidR="00BD4241" w:rsidRPr="006067AA" w14:paraId="5B0ED88D" w14:textId="77777777">
        <w:trPr>
          <w:cantSplit/>
        </w:trPr>
        <w:tc>
          <w:tcPr>
            <w:tcW w:w="9636" w:type="dxa"/>
          </w:tcPr>
          <w:p w14:paraId="19DE41B0" w14:textId="55F2066F" w:rsidR="00200AB0" w:rsidRPr="00660BDE" w:rsidRDefault="008810BD">
            <w:pPr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 w:rsidR="00660BDE" w:rsidRPr="00660BDE">
              <w:rPr>
                <w:rFonts w:cs="Times New Roman"/>
                <w:b/>
                <w:bCs/>
                <w:sz w:val="24"/>
                <w:szCs w:val="24"/>
                <w:lang w:val="fr-FR"/>
              </w:rPr>
              <w:t>x</w:t>
            </w:r>
            <w:proofErr w:type="gramEnd"/>
            <w:r w:rsidRPr="00660BDE">
              <w:rPr>
                <w:rFonts w:ascii="Segoe UI Symbol" w:hAnsi="Segoe UI Symbol" w:cs="Segoe UI Symbol"/>
                <w:b/>
                <w:bCs/>
                <w:sz w:val="24"/>
                <w:szCs w:val="24"/>
                <w:lang w:val="fr-FR"/>
              </w:rPr>
              <w:t>☐</w:t>
            </w:r>
            <w:r w:rsidRPr="00660BDE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 extras de carte funciară actualizat     </w:t>
            </w:r>
          </w:p>
          <w:p w14:paraId="0D86EE92" w14:textId="40EDA512" w:rsidR="00A256C2" w:rsidRPr="006067AA" w:rsidRDefault="00200AB0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60BDE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gramStart"/>
            <w:r w:rsidR="00660BDE" w:rsidRPr="00660BDE">
              <w:rPr>
                <w:rFonts w:cs="Times New Roman"/>
                <w:b/>
                <w:bCs/>
                <w:sz w:val="24"/>
                <w:szCs w:val="24"/>
                <w:lang w:val="fr-FR"/>
              </w:rPr>
              <w:t>x</w:t>
            </w:r>
            <w:proofErr w:type="gramEnd"/>
            <w:r w:rsidRPr="00660BDE">
              <w:rPr>
                <w:rFonts w:ascii="Segoe UI Symbol" w:hAnsi="Segoe UI Symbol" w:cs="Segoe UI Symbol"/>
                <w:b/>
                <w:bCs/>
                <w:sz w:val="24"/>
                <w:szCs w:val="24"/>
                <w:lang w:val="fr-FR"/>
              </w:rPr>
              <w:t>☐</w:t>
            </w:r>
            <w:r w:rsidRPr="00660BDE">
              <w:rPr>
                <w:rFonts w:cs="Times New Roman"/>
                <w:b/>
                <w:bCs/>
                <w:sz w:val="24"/>
                <w:szCs w:val="24"/>
                <w:lang w:val="fr-FR"/>
              </w:rPr>
              <w:t xml:space="preserve"> plan de situație propus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>, cu amprenta la sol a corpurilor</w:t>
            </w:r>
            <w:r w:rsidR="00A256C2" w:rsidRPr="006067AA">
              <w:rPr>
                <w:rFonts w:cs="Times New Roman"/>
                <w:sz w:val="24"/>
                <w:szCs w:val="24"/>
                <w:lang w:val="fr-FR"/>
              </w:rPr>
              <w:t xml:space="preserve"> de clădire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propuse spre construire /desființare / extindere</w:t>
            </w:r>
            <w:r w:rsidR="00A256C2"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   </w:t>
            </w:r>
          </w:p>
          <w:p w14:paraId="19AB48A6" w14:textId="5112B693" w:rsidR="00BD4241" w:rsidRPr="006067AA" w:rsidRDefault="00A256C2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plan de încadrare în zonă</w:t>
            </w:r>
            <w:r w:rsidR="00745F29" w:rsidRPr="006067AA">
              <w:rPr>
                <w:rFonts w:cs="Times New Roman"/>
                <w:sz w:val="24"/>
                <w:szCs w:val="24"/>
                <w:lang w:val="fr-FR"/>
              </w:rPr>
              <w:t xml:space="preserve"> în sistem Stereo 70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descrierea succintă a investiției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împuternicirea, dacă este cazul</w:t>
            </w:r>
          </w:p>
        </w:tc>
      </w:tr>
    </w:tbl>
    <w:p w14:paraId="639687AA" w14:textId="77777777" w:rsidR="00BD4241" w:rsidRPr="006067AA" w:rsidRDefault="00BD4241">
      <w:pPr>
        <w:spacing w:line="168" w:lineRule="auto"/>
        <w:rPr>
          <w:rFonts w:cs="Times New Roman"/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6067AA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cs="Times New Roman"/>
                <w:b/>
                <w:sz w:val="24"/>
                <w:szCs w:val="24"/>
              </w:rPr>
              <w:t xml:space="preserve">6. </w:t>
            </w:r>
            <w:r w:rsidRPr="006067AA">
              <w:rPr>
                <w:rFonts w:cs="Times New Roman"/>
                <w:b/>
                <w:color w:val="000000"/>
                <w:sz w:val="24"/>
                <w:szCs w:val="24"/>
              </w:rPr>
              <w:t>COMUNICAREA RĂSPUNSULUI</w:t>
            </w:r>
          </w:p>
        </w:tc>
      </w:tr>
      <w:tr w:rsidR="00BD4241" w:rsidRPr="006067AA" w14:paraId="7F3B093B" w14:textId="77777777">
        <w:trPr>
          <w:cantSplit/>
        </w:trPr>
        <w:tc>
          <w:tcPr>
            <w:tcW w:w="9636" w:type="dxa"/>
          </w:tcPr>
          <w:p w14:paraId="732C22AC" w14:textId="77E267B9" w:rsidR="00BD4241" w:rsidRPr="006067AA" w:rsidRDefault="008810BD">
            <w:pPr>
              <w:rPr>
                <w:rFonts w:cs="Times New Roman"/>
                <w:sz w:val="24"/>
                <w:szCs w:val="24"/>
                <w:lang w:val="fr-FR"/>
              </w:rPr>
            </w:pP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în format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scris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prin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poștă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   </w:t>
            </w:r>
            <w:r w:rsidR="00660BDE">
              <w:rPr>
                <w:rFonts w:cs="Times New Roman"/>
                <w:sz w:val="24"/>
                <w:szCs w:val="24"/>
                <w:lang w:val="fr-FR"/>
              </w:rPr>
              <w:t>x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067AA">
              <w:rPr>
                <w:rFonts w:cs="Times New Roman"/>
                <w:sz w:val="24"/>
                <w:szCs w:val="24"/>
                <w:lang w:val="fr-FR"/>
              </w:rPr>
              <w:t>în</w:t>
            </w:r>
            <w:proofErr w:type="spell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format digital, la adresa </w:t>
            </w:r>
            <w:proofErr w:type="gramStart"/>
            <w:r w:rsidRPr="006067AA">
              <w:rPr>
                <w:rFonts w:cs="Times New Roman"/>
                <w:sz w:val="24"/>
                <w:szCs w:val="24"/>
                <w:lang w:val="fr-FR"/>
              </w:rPr>
              <w:t>de e-mail</w:t>
            </w:r>
            <w:proofErr w:type="gramEnd"/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indicată     </w:t>
            </w:r>
            <w:r w:rsidRPr="006067AA">
              <w:rPr>
                <w:rFonts w:ascii="Segoe UI Symbol" w:hAnsi="Segoe UI Symbol" w:cs="Segoe UI Symbol"/>
                <w:sz w:val="24"/>
                <w:szCs w:val="24"/>
                <w:lang w:val="fr-FR"/>
              </w:rPr>
              <w:t>☐</w:t>
            </w:r>
            <w:r w:rsidRPr="006067AA">
              <w:rPr>
                <w:rFonts w:cs="Times New Roman"/>
                <w:sz w:val="24"/>
                <w:szCs w:val="24"/>
                <w:lang w:val="fr-FR"/>
              </w:rPr>
              <w:t xml:space="preserve"> ridicare de la sediul autorității</w:t>
            </w:r>
          </w:p>
        </w:tc>
      </w:tr>
    </w:tbl>
    <w:p w14:paraId="16DE1A3E" w14:textId="77777777" w:rsidR="00BD4241" w:rsidRPr="006067AA" w:rsidRDefault="00BD4241">
      <w:pPr>
        <w:spacing w:line="168" w:lineRule="auto"/>
        <w:rPr>
          <w:rFonts w:cs="Times New Roman"/>
          <w:sz w:val="24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:rsidRPr="006067AA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Pr="006067AA" w:rsidRDefault="008810BD">
            <w:pPr>
              <w:keepNext/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6067AA">
              <w:rPr>
                <w:rFonts w:cs="Times New Roman"/>
                <w:b/>
                <w:sz w:val="24"/>
                <w:szCs w:val="24"/>
              </w:rPr>
              <w:t xml:space="preserve">7. </w:t>
            </w:r>
            <w:r w:rsidRPr="006067AA">
              <w:rPr>
                <w:rFonts w:cs="Times New Roman"/>
                <w:b/>
                <w:color w:val="000000"/>
                <w:sz w:val="24"/>
                <w:szCs w:val="24"/>
              </w:rPr>
              <w:t>DATA ȘI SEMNĂTURA</w:t>
            </w:r>
          </w:p>
        </w:tc>
      </w:tr>
      <w:tr w:rsidR="00BD4241" w:rsidRPr="006067AA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Pr="006067AA" w:rsidRDefault="008810BD">
            <w:pPr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Data</w:t>
            </w:r>
          </w:p>
          <w:p w14:paraId="201B10B6" w14:textId="77777777" w:rsidR="00BD4241" w:rsidRDefault="00BD4241">
            <w:pPr>
              <w:rPr>
                <w:rFonts w:cs="Times New Roman"/>
                <w:sz w:val="24"/>
                <w:szCs w:val="24"/>
              </w:rPr>
            </w:pPr>
          </w:p>
          <w:p w14:paraId="0640A92C" w14:textId="43B20949" w:rsidR="00660BDE" w:rsidRPr="006067AA" w:rsidRDefault="00660BD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14:paraId="79A6A644" w14:textId="77777777" w:rsidR="00BD4241" w:rsidRPr="006067AA" w:rsidRDefault="008810BD">
            <w:pPr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Solicitantul</w:t>
            </w:r>
          </w:p>
          <w:p w14:paraId="09458222" w14:textId="77777777" w:rsidR="00BD4241" w:rsidRPr="006067AA" w:rsidRDefault="00BD424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4A9DF68B" w14:textId="77777777" w:rsidR="00BD4241" w:rsidRPr="006067AA" w:rsidRDefault="008810BD">
            <w:pPr>
              <w:rPr>
                <w:rFonts w:cs="Times New Roman"/>
                <w:sz w:val="24"/>
                <w:szCs w:val="24"/>
              </w:rPr>
            </w:pPr>
            <w:r w:rsidRPr="006067AA">
              <w:rPr>
                <w:rFonts w:cs="Times New Roman"/>
                <w:b/>
                <w:color w:val="0D5F78"/>
                <w:sz w:val="24"/>
                <w:szCs w:val="24"/>
              </w:rPr>
              <w:t>Semnătura</w:t>
            </w:r>
          </w:p>
          <w:p w14:paraId="29080212" w14:textId="77777777" w:rsidR="00BD4241" w:rsidRPr="006067AA" w:rsidRDefault="00BD424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CBD0F60" w14:textId="77777777" w:rsidR="00BD4241" w:rsidRPr="006067AA" w:rsidRDefault="00BD4241">
      <w:pPr>
        <w:spacing w:line="168" w:lineRule="auto"/>
        <w:rPr>
          <w:rFonts w:cs="Times New Roman"/>
          <w:sz w:val="24"/>
          <w:szCs w:val="24"/>
        </w:rPr>
      </w:pPr>
    </w:p>
    <w:sectPr w:rsidR="00BD4241" w:rsidRPr="006067AA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A3484" w14:textId="77777777" w:rsidR="003306FF" w:rsidRDefault="003306FF">
      <w:r>
        <w:separator/>
      </w:r>
    </w:p>
  </w:endnote>
  <w:endnote w:type="continuationSeparator" w:id="0">
    <w:p w14:paraId="6A1220B1" w14:textId="77777777" w:rsidR="003306FF" w:rsidRDefault="0033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060EA" w14:textId="77777777" w:rsidR="00BD4241" w:rsidRDefault="008810BD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935A6" w14:textId="77777777" w:rsidR="003306FF" w:rsidRDefault="003306FF">
      <w:r>
        <w:separator/>
      </w:r>
    </w:p>
  </w:footnote>
  <w:footnote w:type="continuationSeparator" w:id="0">
    <w:p w14:paraId="5B8D2DAE" w14:textId="77777777" w:rsidR="003306FF" w:rsidRDefault="003306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725"/>
    <w:rsid w:val="0011444F"/>
    <w:rsid w:val="0015074B"/>
    <w:rsid w:val="00200AB0"/>
    <w:rsid w:val="00232B9E"/>
    <w:rsid w:val="0029639D"/>
    <w:rsid w:val="00326F90"/>
    <w:rsid w:val="003306FF"/>
    <w:rsid w:val="004232B2"/>
    <w:rsid w:val="004408E8"/>
    <w:rsid w:val="00462384"/>
    <w:rsid w:val="006067AA"/>
    <w:rsid w:val="006333FE"/>
    <w:rsid w:val="00660BDE"/>
    <w:rsid w:val="006C103E"/>
    <w:rsid w:val="00745F29"/>
    <w:rsid w:val="00850B64"/>
    <w:rsid w:val="008810BD"/>
    <w:rsid w:val="00917520"/>
    <w:rsid w:val="009511F8"/>
    <w:rsid w:val="009D0DCF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9668CA-8A11-4C5B-91FD-7AAED6D5C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Tomsani</cp:lastModifiedBy>
  <cp:revision>5</cp:revision>
  <dcterms:created xsi:type="dcterms:W3CDTF">2013-12-23T23:15:00Z</dcterms:created>
  <dcterms:modified xsi:type="dcterms:W3CDTF">2026-10-14T07:20:00Z</dcterms:modified>
  <cp:category/>
</cp:coreProperties>
</file>