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0583F" w:rsidRPr="0062225E" w14:paraId="04D34EC2" w14:textId="77777777" w:rsidTr="00A575E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936B780" w14:textId="77777777" w:rsidR="00D0583F" w:rsidRPr="0062225E" w:rsidRDefault="00D0583F" w:rsidP="00A575E7">
            <w:pPr>
              <w:keepNext/>
              <w:jc w:val="center"/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i/>
                <w:noProof/>
                <w:color w:val="595959"/>
                <w:sz w:val="24"/>
                <w:szCs w:val="24"/>
              </w:rPr>
              <w:drawing>
                <wp:inline distT="0" distB="0" distL="0" distR="0" wp14:anchorId="20F337D8" wp14:editId="2DB229DE">
                  <wp:extent cx="882650" cy="1257300"/>
                  <wp:effectExtent l="0" t="0" r="0" b="0"/>
                  <wp:docPr id="1798499758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499758" name="Imagine 179849975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62225E">
              <w:rPr>
                <w:rFonts w:cs="Times New Roman"/>
                <w:i/>
                <w:color w:val="595959"/>
                <w:sz w:val="24"/>
                <w:szCs w:val="24"/>
              </w:rPr>
              <w:t>siglă</w:t>
            </w:r>
            <w:proofErr w:type="spellEnd"/>
            <w:r w:rsidRPr="0062225E">
              <w:rPr>
                <w:rFonts w:cs="Times New Roman"/>
                <w:i/>
                <w:color w:val="595959"/>
                <w:sz w:val="24"/>
                <w:szCs w:val="24"/>
              </w:rPr>
              <w:t xml:space="preserve"> / </w:t>
            </w:r>
            <w:proofErr w:type="spellStart"/>
            <w:r w:rsidRPr="0062225E">
              <w:rPr>
                <w:rFonts w:cs="Times New Roman"/>
                <w:i/>
                <w:color w:val="595959"/>
                <w:sz w:val="24"/>
                <w:szCs w:val="24"/>
              </w:rPr>
              <w:t>stemă</w:t>
            </w:r>
            <w:proofErr w:type="spellEnd"/>
          </w:p>
        </w:tc>
        <w:tc>
          <w:tcPr>
            <w:tcW w:w="8030" w:type="dxa"/>
            <w:gridSpan w:val="3"/>
          </w:tcPr>
          <w:p w14:paraId="732A983E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Județul</w:t>
            </w:r>
            <w:proofErr w:type="spellEnd"/>
          </w:p>
          <w:p w14:paraId="441F6E32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sz w:val="24"/>
                <w:szCs w:val="24"/>
              </w:rPr>
              <w:t>PRHOVA</w:t>
            </w:r>
          </w:p>
        </w:tc>
      </w:tr>
      <w:tr w:rsidR="00D0583F" w:rsidRPr="0062225E" w14:paraId="3021CE35" w14:textId="77777777" w:rsidTr="00A575E7">
        <w:trPr>
          <w:cantSplit/>
          <w:trHeight w:val="510"/>
        </w:trPr>
        <w:tc>
          <w:tcPr>
            <w:tcW w:w="1606" w:type="dxa"/>
            <w:vMerge/>
          </w:tcPr>
          <w:p w14:paraId="39810CBE" w14:textId="77777777" w:rsidR="00D0583F" w:rsidRPr="0062225E" w:rsidRDefault="00D0583F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030" w:type="dxa"/>
            <w:gridSpan w:val="3"/>
          </w:tcPr>
          <w:p w14:paraId="26D2AB91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Autoritatea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administrației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publice</w:t>
            </w:r>
            <w:proofErr w:type="spellEnd"/>
          </w:p>
          <w:p w14:paraId="7B0CABA5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sz w:val="24"/>
                <w:szCs w:val="24"/>
              </w:rPr>
              <w:t>PRIMĂRIA COMUNEI TOMȘANI</w:t>
            </w:r>
          </w:p>
        </w:tc>
      </w:tr>
      <w:tr w:rsidR="00D0583F" w:rsidRPr="0062225E" w14:paraId="2DF942CC" w14:textId="77777777" w:rsidTr="00A575E7">
        <w:trPr>
          <w:cantSplit/>
          <w:trHeight w:val="510"/>
        </w:trPr>
        <w:tc>
          <w:tcPr>
            <w:tcW w:w="1606" w:type="dxa"/>
            <w:vMerge/>
          </w:tcPr>
          <w:p w14:paraId="1BF08513" w14:textId="77777777" w:rsidR="00D0583F" w:rsidRPr="0062225E" w:rsidRDefault="00D0583F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52DD7C1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Cod de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identificare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>fiscală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  <w:lang w:val="fr-FR"/>
              </w:rPr>
              <w:t xml:space="preserve"> (CIF)</w:t>
            </w:r>
          </w:p>
          <w:p w14:paraId="7ABB0D9B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  <w:lang w:val="fr-FR"/>
              </w:rPr>
            </w:pPr>
            <w:r w:rsidRPr="0062225E">
              <w:rPr>
                <w:rFonts w:cs="Times New Roman"/>
                <w:sz w:val="24"/>
                <w:szCs w:val="24"/>
                <w:lang w:val="fr-FR"/>
              </w:rPr>
              <w:t>2843035</w:t>
            </w:r>
          </w:p>
        </w:tc>
        <w:tc>
          <w:tcPr>
            <w:tcW w:w="5621" w:type="dxa"/>
            <w:gridSpan w:val="2"/>
          </w:tcPr>
          <w:p w14:paraId="7505F54E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Adresa</w:t>
            </w:r>
            <w:proofErr w:type="spellEnd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 xml:space="preserve">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oficială</w:t>
            </w:r>
            <w:proofErr w:type="spellEnd"/>
          </w:p>
          <w:p w14:paraId="00A0B73D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proofErr w:type="spellStart"/>
            <w:r w:rsidRPr="0062225E">
              <w:rPr>
                <w:rFonts w:cs="Times New Roman"/>
                <w:i/>
                <w:color w:val="7A7A7A"/>
                <w:sz w:val="24"/>
                <w:szCs w:val="24"/>
              </w:rPr>
              <w:t>sediul</w:t>
            </w:r>
            <w:proofErr w:type="spellEnd"/>
            <w:r w:rsidRPr="0062225E">
              <w:rPr>
                <w:rFonts w:cs="Times New Roman"/>
                <w:i/>
                <w:color w:val="7A7A7A"/>
                <w:sz w:val="24"/>
                <w:szCs w:val="24"/>
              </w:rPr>
              <w:t xml:space="preserve"> · </w:t>
            </w:r>
            <w:proofErr w:type="spellStart"/>
            <w:r w:rsidRPr="0062225E">
              <w:rPr>
                <w:rFonts w:cs="Times New Roman"/>
                <w:i/>
                <w:color w:val="7A7A7A"/>
                <w:sz w:val="24"/>
                <w:szCs w:val="24"/>
              </w:rPr>
              <w:t>telefon</w:t>
            </w:r>
            <w:proofErr w:type="spellEnd"/>
            <w:r w:rsidRPr="0062225E">
              <w:rPr>
                <w:rFonts w:cs="Times New Roman"/>
                <w:i/>
                <w:color w:val="7A7A7A"/>
                <w:sz w:val="24"/>
                <w:szCs w:val="24"/>
              </w:rPr>
              <w:t xml:space="preserve"> · e-mail</w:t>
            </w:r>
          </w:p>
          <w:p w14:paraId="30A2430D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sz w:val="24"/>
                <w:szCs w:val="24"/>
              </w:rPr>
              <w:t>JUD. PRAHOVA, SAT TOMȘANI, STR. PRINCIPALĂ NR. 24A</w:t>
            </w:r>
          </w:p>
          <w:p w14:paraId="5BF323C9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sz w:val="24"/>
                <w:szCs w:val="24"/>
              </w:rPr>
              <w:t>0244 237 000</w:t>
            </w:r>
          </w:p>
          <w:p w14:paraId="19B0C81A" w14:textId="77777777" w:rsidR="00D0583F" w:rsidRPr="0062225E" w:rsidRDefault="00D0583F" w:rsidP="00A575E7">
            <w:pPr>
              <w:keepNext/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sz w:val="24"/>
                <w:szCs w:val="24"/>
              </w:rPr>
              <w:t>primariatomsani@gmail.com</w:t>
            </w:r>
          </w:p>
        </w:tc>
      </w:tr>
      <w:tr w:rsidR="00D0583F" w:rsidRPr="0062225E" w14:paraId="7D8CE327" w14:textId="77777777" w:rsidTr="00A575E7">
        <w:trPr>
          <w:cantSplit/>
          <w:trHeight w:val="510"/>
        </w:trPr>
        <w:tc>
          <w:tcPr>
            <w:tcW w:w="1606" w:type="dxa"/>
            <w:vMerge/>
          </w:tcPr>
          <w:p w14:paraId="4E844C2C" w14:textId="77777777" w:rsidR="00D0583F" w:rsidRPr="0062225E" w:rsidRDefault="00D0583F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2"/>
          </w:tcPr>
          <w:p w14:paraId="446B1970" w14:textId="77777777" w:rsidR="00D0583F" w:rsidRPr="0062225E" w:rsidRDefault="00D0583F" w:rsidP="00A575E7">
            <w:pPr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 xml:space="preserve">Nr. </w:t>
            </w:r>
            <w:proofErr w:type="spellStart"/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înregistrare</w:t>
            </w:r>
            <w:proofErr w:type="spellEnd"/>
          </w:p>
          <w:p w14:paraId="5BBBB547" w14:textId="77777777" w:rsidR="00D0583F" w:rsidRPr="0062225E" w:rsidRDefault="00D0583F" w:rsidP="00A575E7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2" w:type="dxa"/>
          </w:tcPr>
          <w:p w14:paraId="4B264B98" w14:textId="77777777" w:rsidR="00D0583F" w:rsidRPr="0062225E" w:rsidRDefault="00D0583F" w:rsidP="00A575E7">
            <w:pPr>
              <w:rPr>
                <w:rFonts w:cs="Times New Roman"/>
                <w:sz w:val="24"/>
                <w:szCs w:val="24"/>
              </w:rPr>
            </w:pPr>
            <w:r w:rsidRPr="0062225E">
              <w:rPr>
                <w:rFonts w:cs="Times New Roman"/>
                <w:b/>
                <w:color w:val="0D5F78"/>
                <w:sz w:val="24"/>
                <w:szCs w:val="24"/>
              </w:rPr>
              <w:t>Data</w:t>
            </w:r>
          </w:p>
          <w:p w14:paraId="172EE827" w14:textId="77777777" w:rsidR="00D0583F" w:rsidRPr="0062225E" w:rsidRDefault="00D0583F" w:rsidP="00A575E7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EE796C5" w14:textId="77777777" w:rsidR="00377113" w:rsidRPr="00004412" w:rsidRDefault="00A459E3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A459E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A459E3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A459E3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A459E3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A459E3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A459E3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A459E3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A459E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A459E3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A459E3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A459E3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A459E3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A459E3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A459E3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A459E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A459E3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A459E3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A459E3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A459E3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A459E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A459E3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A459E3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A459E3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A459E3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A459E3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607AC4" w14:textId="77777777" w:rsidR="002B7024" w:rsidRDefault="002B7024">
      <w:r>
        <w:separator/>
      </w:r>
    </w:p>
  </w:endnote>
  <w:endnote w:type="continuationSeparator" w:id="0">
    <w:p w14:paraId="06FA3C29" w14:textId="77777777" w:rsidR="002B7024" w:rsidRDefault="002B7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A959F" w14:textId="77777777" w:rsidR="00377113" w:rsidRDefault="00A459E3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4662A" w14:textId="77777777" w:rsidR="002B7024" w:rsidRDefault="002B7024">
      <w:r>
        <w:separator/>
      </w:r>
    </w:p>
  </w:footnote>
  <w:footnote w:type="continuationSeparator" w:id="0">
    <w:p w14:paraId="17988F0A" w14:textId="77777777" w:rsidR="002B7024" w:rsidRDefault="002B7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2B7024"/>
    <w:rsid w:val="00326F90"/>
    <w:rsid w:val="00343BBA"/>
    <w:rsid w:val="00377113"/>
    <w:rsid w:val="006C103E"/>
    <w:rsid w:val="006E044B"/>
    <w:rsid w:val="00A459E3"/>
    <w:rsid w:val="00AA1D8D"/>
    <w:rsid w:val="00B47730"/>
    <w:rsid w:val="00CB0664"/>
    <w:rsid w:val="00CD60E9"/>
    <w:rsid w:val="00D058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3B05A9-6B1C-4716-B179-2EFBAD2D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Tomsani</cp:lastModifiedBy>
  <cp:revision>4</cp:revision>
  <dcterms:created xsi:type="dcterms:W3CDTF">2013-12-23T23:15:00Z</dcterms:created>
  <dcterms:modified xsi:type="dcterms:W3CDTF">2026-10-09T04:46:00Z</dcterms:modified>
  <cp:category/>
</cp:coreProperties>
</file>